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בטקסטי מידע וטיעון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שורשים, משפחות מילים ומשקלים מתוך טקסטים אותנטיים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עובדה, השערה ומסורת מקובלת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עצמאית ובדיקה עצמית כהכנה למסלול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טקסטי מידע מדעיים: בין עובדה להשערה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חוטי פטריות דקיקים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 שהעץ מייצר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חוש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נבחה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מחבואים קרוב עם צעצוע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טקסטי מידע מדעיים: בין עובדה להשערה – עובדה או השערה?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זאת כרעיון מעניין שעדיין יש עליו פחות ראיות מן היער, ויש בו ויכוח בין חוקרים.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ממצא שנצפה בפועל בניסויים, ולכן אפשר להציג אותו כעובדה שנבדקה.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מציין רק "זמן רב", בלי לקבוע משך מדויק וזהה לכל כלב.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קובע זאת במפורש כתשובה לשאלה מה החשוב ביותר באימון המשותף.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טקסטי מידע מדעיים: בין עובדה להשערה – מבנה הטקסט וחשיבה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 שהוא מייצר בעלים בעזרת אור השמש. הפטרייה עוזרת לעץ לקלוט מים ומינרלים מן האדמה. שני הצדדים מרוויחים מהשותפות.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בסצנה מושכת את תשומת הלב ויוצרת סקרנות, במקום פתיחה יבשה. אם הסיום חוזר לאותה סצנה או לדמות דומה, נוצר מבנה מסגרת שמחבר בין תחילת הטקסט לסופו ונותן תחושת שלמות.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ממצא: עצים שכנים התחילו לייצר חומרי הגנה אחרי התקפת חרקים על עץ אחד. השערה: עצים ותיקים מעבירים סוכר לשתילים צעירים כדי לעזור להם לגדול בצל.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לא להאמין בטעות שדבר מסוים ודאי לגמרי כשבעצם עדיין חוקרים אותו, ולהישאר פתוחים לכך שהמחקר עשוי להתעדכן בעתיד.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טקסטים על שפה ומילים: תולדות העברית וסלנג – הבנת הנקרא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בלבד,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שהוא מצמצם את אוצר המילים ועובר גם לכתיבה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טקסטים על שפה ומילים: תולדות העברית וסלנג – הבנת הנקרא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המילון הושלם רק אחרי מותו בידי ממשיכיו, כי העבודה הייתה ענקית ונמשכה שנים רבות.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מציג את עמדת החוקרים שהסלנג מעיד על שפה מתפתחת ומשתנה, לא על חולשה.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טקסטים על שפה ומילים: תולדות העברית וסלנג – יישום: יצירת מילים ומקורות הסלנג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טקסטים על שפה ומילים: תולדות העברית וסלנג – יישום: מושגים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(חלק הבסיס של המילה, כמו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(התבנית שבה מכניסים את השורש, כמו מִקְטָל)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שדאג לעברית והחליט על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(לשון יומיומית ולא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טקסטי טיעון ומידע מעולם התקשורת והנוער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קצרה, ברורה ומעוררת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לחלון ראווה שמה שמוצג בו באמת נמצא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טקסטי טיעון ומידע מעולם התקשורת והנוער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קוראים שנתקלים שוב ושוב בכותרות פיתוי מפסיקים להאמין לאתר ולכותרות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עמדת החוקרים בטקסט, לעומת עמדת המתנגדים הרואים בסלנג איום.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טקסטי טיעון ומידע מעולם התקשורת והנוער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 / כתבת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טקסטי טיעון ומידע מעולם התקשורת והנוער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(אוסף/ת מידע וכותב/ת את הכתבה)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(מחליט/ה איך להציג את הסיפור וכותב/ת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 חלון ראווה – מה שמובטח נמצא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(מבטיחה הרבה אך הכתבה לא מקיימת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(מילים לא רשמיות המשמשות בעיקר בדיבור חופשי)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שורשים, משקלים ומשפחות מילים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ש-ר-ש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נ-ג-ד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שורשים, משקלים ומשפחות מילים – בניית מילים במשקלים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קְטִילָה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שורשים, משקלים ומשפחות מילים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(ח-ק-ר)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(נ-ג-ד)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(ש-ר-ש)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(כ-ת-ר)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(ע-ר-ך)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שורשים, משקלים ומשפחות מילים – העמקה ביישום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לתפוס שורש, להיקבע במקום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עצמאית: מאגר ז׳ מתקדמים – הבנת הנקרא: עולם שלם בטיפת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כלי - עין חזקה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משתי מילים יווניות: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חללים קטנים מסודרים בשורות, כמו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עין זבוב ועוקץ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התמונה הייתה מטושטשת וההגדלה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עצמאית: מאגר ז׳ מתקדמים – אוצר מילים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סקופיאו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עצמאית: מאגר ז׳ מתקדמים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(מכשיר המגדיל עצמים קטנים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(המילה שנגזרה משם 'החדרונים' שראה הוק)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פשוט שהכירו בני האדם לפני המיקרוסקופ)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(מדען אנגלי שפרסם ספר ציורים מהמיקרוסקופ ב-1665)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לחיוניות של שפה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לחלון ראווה שמה שמוצג בו באמת נמצא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רוברט הוק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כותרת שמבטיחה הרבה אך הכתבה לא מקיימת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מצטטת דוגמה מהטקסט למשפט עובדתי ולמשפט של השערה/דעה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שורש נכון ולפחות שתי מילים נוספות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מנוסחת במילים עצמאיות, לא העתקה מהטקסט, וכוללת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בכל שיעור, כשהפרק האחרון (מתקדמים) מתאים לעבודה עצמאית או לשיעורי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ממסלול תמיכה ולהתקדם בהדרגה למסלול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לפרק 5 ולעודד בדיקה עצמית לפי כרטיס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לפתוח בשאלה מקדימה או בדיון קצר לפני הקריאה, כפי שמוצע בטיפים של הטקסטים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טקסטים קצרים. קוראים כל טקסט, עונים על השאלות, ובסוף בודקים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משפחה, למשל ח־ק־ר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מילים חדשות, למשל קְטִילָה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שנבנות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ולהוכיח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שעדיין לא הוכח במלואו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שמציג עמדה ונימוקים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פיתוי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שמבטיחה יותר ממה שהכתבה נותנת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שאולה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שהגיעה משפה אחרת, כמו סבבה מערבית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כשפתיחת הטקסט וסיומו דומים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טקסטי מידע מדעיים: בין עובדה להשערה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מקשר בין שורשי העצים?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חוטי פטריות דקיקים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ענני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הפטרייה מקבלת מהעץ?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מן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שהעץ מייצר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חוש הכלב משתמש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שמיעה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ראייה טובה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תחושת מגע ברגליים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הכלבה עשתה כשמצאה את מי שחיפשה?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ישבה בשקט לידו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נבחה בהתלהבות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ברחה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הדבר הראשון בהדרכת 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 ארוכה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מחבואים קרוב עם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פקודות קוליות מורכבות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בבריכה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טקסטי מידע מדעיים: בין עובדה להשערה – עובדה או השערה?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על היער מציג את רעיון "עצי האם" כעובדה מדעית מוכחת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בניסויים שתוארו בטקסט, צמחים שכנים התחילו לייצר חומרי הגנה אחרי שצמח אחד הותקף בידי חרקים.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על כלבי החילוץ, משך האימון זהה וקבוע מראש לכל הכלבים.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הכלב לכלבן מתואר בטקסט כחלק החשוב ביותר באימון.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טקסטי מידע מדעיים: בין עובדה להשערה – מבנה הטקסט וחשיבה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מהי השותפות בין העץ לפטרייה?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טקסט "גיבורים על ארבע" נפתח בתיאור סצנה מתוך אימון, ולא בהגדרה של כלב חילוץ. מה הקוראים מרוויחים מפתיחה כזו, ואיך זה קשור לסיום הטקסט (מבנה מסגרת)?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על היער משפט אחד שמציג ממצא ברור (נצפה בפועל) ומשפט אחד שמציג השערה (עדיין לא ודאי). כתבו את שניהם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להבחין, כשקוראים טקסט מדעי, בין מה שהוכח במחקר לבין מה שהוא עדיין ניחוש או השערה?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טקסטים על שפה ומילים: תולדות העברית וסלנג – הבנת הנקרא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השתמשו בעברית לפני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של ספרים ותפילות בלבד, כמעט בלי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מדוברת בכל בית ורחוב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שלא היה לה כתב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שדיברו בה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בן-יהודה רצה שיקרה בביתו?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בו רק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בו גרמנית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מי שלא אוהבים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עוזר ללמוד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קיים רק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לו שום השפעה על 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טקסטים על שפה ומילים: תולדות העברית וסלנג – הבנת הנקרא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בן-יהודה הספיק לסיים את המילון שלו לפני מותו.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 השפה בטקסט רואים בסלנג סימן לחיוניות של שפה 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טקסטים על שפה ומילים: תולדות העברית וסלנג – יישום: יצירת מילים ומקורות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מחדשי הלשון יצרו מילה חדשה כשלקחו שורש עתיק והכניסו אותו לתבנית הנקראת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המילה "נודניק" הגיעה לעברית מהשפה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טקסטים על שפה ומילים: תולדות העברית וסלנג – יישום: מושגים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שדאג לעברית והחליט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לשון יומיומית ולא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הבסיס של המילה, כמו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התבנית שבה מכניסים את השורש, כמו מִקְטָל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טקסטי טיעון ומידע מעולם התקשורת והנוער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הכותרות רוצות לקבל מהקוראים?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הסכמת העורך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צריכה להיראות 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משעממת, מדויקת ושקטה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צבעונית, גדולה ומודגשת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הדימוי לכותרת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לשלט חוצות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לכרזת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לשער של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טקסטי טיעון ומידע מעולם התקשורת והנוער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פיתוי גורמת לקוראים לבטוח יותר באתר החדשות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'שפת הסלנג', חוקרי השפה רואים בסלנג סימן לשפה חיה ומתפתחת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טקסטי טיעון ומידע מעולם התקשורת והנוער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ה__________ הוא או היא שמביא/ה את הסיפור וכותב/ת 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 'שפת הסלנג', המילה 'נודניק' הגיעה לעברית משפת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טקסטי טיעון ומידע מעולם התקשורת והנוער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מחליט/ה איך להציג את הסיפור וכותב/ת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עורך/ת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 חלון ראווה – מה שמובטח נמצא 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מדויקת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אוסף/ת מידע וכותב/ת את הכתבה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 פיתוי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לא רשמיות המשמשות בעיקר בדיבור חופשי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מבטיחה הרבה אך הכתבה לא מקיימת 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שורשים, משקלים ומשפחות מילים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שלוש האותיות העיקריות במילה 'חקירה'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מהשורש של 'מחקר'?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ח-ר-ק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מהשורש של 'שורשים'?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ש-ר-ש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ר-ש-ש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ש-ר-י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מהשורש של 'מנגד'?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נ-ג-ד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מ-נ-ג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ג-ד-ד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נ-ד-ד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מהרשימה שייכת לשורש כ-ת-ר?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שורשים, משקלים ומשפחות מילים – בניית מילים במשקלים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'מחקר' בנויה מהשורש ח-ק-ר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'חקירה' בנויה מהשורש ח-ק-ר במשקל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שורשים, משקלים ומשפחות מילים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נ-ג-ד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ש-ר-ש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כ-ת-ר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ע-ר-ך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ח-ק-ר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שורשים, משקלים ומשפחות מילים – העמקה ביישום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מהשורש ש-ר-ש אפשר לבנות גם את הפועל 'להשתרש', שמשמעותו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עבודה עצמאית: מאגר ז׳ מתקדמים – הבנת הנקרא: עולם שלם בטיפת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חסר לחוקרים כדי לגלות יצורים זעירים?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- עין חזקה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מקור השם 'מיקרוסקופ'?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משתי מילים יווניות: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משם הממציא ומקום ההמצאה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ממילה לטינית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משתי מילים עבריות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ראה הוק בתוך השעם?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נוזל זורם בתוך חוטים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חללים קטנים מסודרים בשורות, כמו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 וחול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הפרוסה הייתה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צייר הוק בספרו?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זבוב ועוקץ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כוכבים ועננים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ימים והרים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ספינות ומפרשים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הבעיה במיקרוסקופים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היו כבדים מדי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התמונה הייתה מטושטשת וההגדלה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נשברו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היו יקרים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עבודה עצמאית: מאגר ז׳ מתקדמים – אוצר מילים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'מיקרוסקופ' נוצרת משילוב של 'מיקרוס' (קטן) ו-__________ (להתבונן)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הוק כינה את החללים שראה בשעם בשם לטיני שפירושו __________, ומכאן נגזרה המילה לתא בגוף החי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עבודה עצמאית: מאגר ז׳ מתקדמים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מיקרוסקופ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פשוט שהכירו בני האדם לפני המיקרוסקופ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המגדיל עצמים קטנים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זכוכית מגדלת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מדען אנגלי שפרסם ספר ציורים מהמיקרוסקופ ב-1665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שנגזרה משם 'החדרונים' שראה הוק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בין העצים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משורשי עצים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מאבנים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מעלים רקובים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אליעזר בן־יהודה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בו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בו גרמנית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חוקרי השפה בשימוש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איום על השפה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שיש לתקן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זרה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משווה הטקסט 'הקרב על תשומת הלב' כותרת מצוינת?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לשלט פרסומת מזויף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ללא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מתבסס בעיקר כלב חילוץ כשהוא מחפש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שמיעתו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ראייתו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תחושת הרעב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פרסם ב־1665 ספר ציורים מדויקים ממה שראה במיקרוסקופ?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אלברט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לואי פסטר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צ'רלס דרווין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לפי הטקסט 'כותרת פיתוי'?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משעממת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שמבטיחה הרבה אך הכתבה לא מקיימת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קצרה וברורה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ללא פיסוק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בטקסט בין עובדה לבין השערה או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שורש ולמצוא לו עוד מילים מאותה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את הרעיון המרכזי של 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הקריאה: טקסטים, הבנת הנקרא ולשון במסלולים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