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הקריאה: טקסטים, הבנת הנקרא ולשון במסלולים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נקרא בטקסטי מידע וטיעון ברמות קושי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שורשים, משפחות מילים ומשקלים מתוך טקסטים אותנטיים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עובדה, השערה ומסורת מקובלת בטקסט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עבודה עצמאית ובדיקה עצמית כהכנה למסלול 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טקסטי מידע מדעיים: בין עובדה להשערה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חוטי פטריות דקיקים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סוכר שהעץ מייצר בעלים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חוש הריח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טקסטי מידע מדעיים: בין עובדה להשערה – עובדה או השערה?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ממצא שנצפה בפועל בניסויים, ולכן אפשר להציג אותו כעובדה שנבדקה.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קובע זאת במפורש כתשובה לשאלה מה החשוב ביותר באימון המשותף.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טקסטי מידע מדעיים: בין עובדה להשערה – מבנה הטקסט וחשיבה מעמיקה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העץ נותן לפטרייה סוכר שהוא מייצר בעלים בעזרת אור השמש. הפטרייה עוזרת לעץ לקלוט מים ומינרלים מן האדמה. שני הצדדים מרוויחים מהשותפות.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טקסטים על שפה ומילים: תולדות העברית וסלנג – הבנת הנקרא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שפה של ספרים ותפילות בלבד, כמעט בלי 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שידברו בו רק 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טקסטים על שפה ומילים: תולדות העברית וסלנג – הבנת הנקרא בסיסית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המילון הושלם רק אחרי מותו בידי ממשיכיו, כי העבודה הייתה ענקית ונמשכה שנים רבות.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מציג את עמדת החוקרים שהסלנג מעיד על שפה מתפתחת ומשתנה, לא על חולשה.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טקסטים על שפה ומילים: תולדות העברית וסלנג – יישום: יצירת מילים ומקורות הסלנג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יידיש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טקסטים על שפה ומילים: תולדות העברית וסלנג – יישום: מושגים ושלבים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(חלק הבסיס של המילה, כמו ש-מ-ר)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(התבנית שבה מכניסים את השורש, כמו מִקְטָל)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(גוף שדאג לעברית והחליט על מילים חדשות)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(לשון יומיומית ולא רשמית)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טקסטי טיעון ומידע מעולם התקשורת והנוער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 תשומת הלב של הקוראים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קצרה, ברורה ומעוררת סקרנות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טקסטי טיעון ומידע מעולם התקשורת והנוער – זיהוי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להפך – קוראים שנתקלים שוב ושוב בכותרות פיתוי מפסיקים להאמין לאתר ולכותרות שלו.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עמדת החוקרים בטקסט, לעומת עמדת המתנגדים הרואים בסלנג איום.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טקסטי טיעון ומידע מעולם התקשורת והנוער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 / כתבת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יידיש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טקסטי טיעון ומידע מעולם התקשורת והנוער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(אוסף/ת מידע וכותב/ת את הכתבה)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(מחליט/ה איך להציג את הסיפור וכותב/ת כותרת)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(כמו חלון ראווה – מה שמובטח נמצא בפנים)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(מבטיחה הרבה אך הכתבה לא מקיימת זאת)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לשון: שורשים, משקלים ומשפחות מילים – זיהוי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ח-ק-ר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ח-ק-ר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ש-ר-ש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לשון: שורשים, משקלים ומשפחות מילים – בניית מילים במשקלים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מִקְטָל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קְטִילָה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לשון: שורשים, משקלים ומשפחות מילים – משפחות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(ח-ק-ר)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(נ-ג-ד)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(ש-ר-ש)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(כ-ת-ר)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לשון: שורשים, משקלים ומשפחות מילים – העמקה ביישום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עבודה עצמאית: מאגר ז׳ מתקדמים – הבנת הנקרא: עולם שלם בטיפת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כלי - עין חזקה מעין האדם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משתי מילים יווניות: קטן ולהתבונן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חללים קטנים מסודרים בשורות, כמו חדרים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עבודה עצמאית: מאגר ז׳ מתקדמים – אוצר מילים ומבנה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סקופיאו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חדרונים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עבודה עצמאית: מאגר ז׳ מתקדמים – התאמה וסדר 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(מכשיר המגדיל עצמים קטנים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(המילה שנגזרה משם 'החדרונים' שראה הוק)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(כלי פשוט שהכירו בני האדם לפני המיקרוסקופ)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(מדען אנגלי שפרסם ספר ציורים מהמיקרוסקופ ב-1665)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סגורות מכל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מחוטים דקיקים של פטריות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שידברו בו רק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סימן לחיוניות של שפה חיה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מצטטת דוגמה מהטקסט למשפט עובדתי ולמשפט של השערה/דעה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שורש נכון ולפחות שתי מילים נוספות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מנוסחת במילים עצמאיות, לא העתקה מהטקסט, וכוללת את הרעיון המרכזי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לכמה שיעורים – פרק אחד בכל שיעור, כשהפרק האחרון (מתקדמים) מתאים לעבודה עצמאית או לשיעורי 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מומלץ להתחיל ממסלול תמיכה ולהתקדם בהדרגה למסלול רגיל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לדלג ישר לפרק 5 ולעודד בדיקה עצמית לפי כרטיס ההתקדמות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בכל פרק כדאי לפתוח בשאלה מקדימה או בדיון קצר לפני הקריאה, כפי שמוצע בטיפים של הטקסטים 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הקריאה: טקסטים, הבנת הנקרא ולשון במסלולים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הזאת תמצאו טקסטים קצרים בנושאים מגוונים – מדע, שפה ותקשורת. קראו כל טקסט, ענו על השאלות לפי הסדר מהקל לקשה, ובדקו את עצמכם בעזרת כרטיס היציאה בסוף כל פרק.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סקופיאו  ·  כתב / כתבת  ·  יידיש  ·  מִקְטָל  ·  קְטִילָה  ·  משקל  ·  יידיש  ·  חדרונים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טקסטי מידע מדעיים: בין עובדה להשערה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מחבר בין שורשי העצים ביער,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חוטי פטריות דקיקים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שורשים שנוגעים זה בזה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ענני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מקבלת הפטרייה מן העץ בשותפות ביניהם?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מים מן האדמה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סוכר שהעץ מייצר בעלים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אור שמש ישיר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על מה מתבסס בעיקר כלב חילוץ כשהוא מחפש אדם?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שמיעה חדה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ראייה טובה בחושך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חוש הריח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טקסטי מידע מדעיים: בין עובדה להשערה – עובדה או השערה?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בניסויים שתוארו בטקסט, צמחים שכנים התחילו לייצר חומרי הגנה אחרי שצמח אחד הותקף בידי חרקים.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הקשר בין הכלב לכלבן מתואר בטקסט כחלק החשוב ביותר באימון.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טקסטי מידע מדעיים: בין עובדה להשערה – מבנה הטקסט וחשיבה מעמיקה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שלכם: מהי השותפות בין העץ לפטרייה? מה כל צד נותן ומה הוא מקבל?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טקסטים על שפה ומילים: תולדות העברית וסלנג – הבנת הנקרא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היה מצבה של העברית לפני כ-150 שנה, לפי הטקסט על בן-יהודה?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שפה של ספרים ותפילות בלבד, כמעט בלי דיבור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שפה מדוברת בכל בית ורחוב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שפה שלא היה לה כתב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החליט בן-יהודה על הבית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שידברו בו רק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שידברו בו רק צרפתית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שלא ידברו בו 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טקסטים על שפה ומילים: תולדות העברית וסלנג – הבנת הנקרא בסיסית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בן-יהודה הספיק לסיים את המילון שלו לפני מותו.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חוקרי השפה בטקסט רואים בסלנג סימן לחיוניות של שפה חיה.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טקסטים על שפה ומילים: תולדות העברית וסלנג – יישום: יצירת מילים ומקורות הסלנג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מחדשי הלשון יצרו מילה חדשה כשלקחו שורש עתיק והכניסו אותו לתבנית הנקראת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לפי הטקסט, המילה "נודניק" הגיעה לעברית מהשפה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טקסטים על שפה ומילים: תולדות העברית וסלנג – יישום: מושגים ושלבים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לשון יומיומית ולא רשמית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משקל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גוף שדאג לעברית והחליט על מילים חדשות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ועד הלשון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התבנית שבה מכניסים את השורש, כמו מִקְטָל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סלנג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חלק הבסיס של המילה, כמו ש-מ-ר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טקסטי טיעון ומידע מעולם התקשורת והנוער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על מה 'נלחמות' הכותרות לפי הטקסט 'הקרב על תשומת הלב'?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על מקום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על תשומת הלב של הקוראים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 הסכמת העורך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אילו שלוש תכונות יש לכותרת טובה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ארוכה, מסובכת ומפתיעה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קצרה, ברורה ומעוררת סקרנות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משעממת, מדויקת ושקטה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טקסטי טיעון ומידע מעולם התקשורת והנוער – זיהוי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כותרת פיתוי גורמת לקוראים לבטוח יותר באתר החדשות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הטקסט 'שפת הסלנג', חוקרי השפה רואים בסלנג סימן לשפה חיה ומתפתחת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טקסטי טיעון ומידע מעולם התקשורת והנוער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לפי הטקסט, ה__________ הוא או היא שמביא/ה את הסיפור וכותב/ת את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לפי הטקסט 'שפת הסלנג', המילה 'נודניק' הגיעה לעברית משפת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טקסטי טיעון ומידע מעולם התקשורת והנוער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כתב/ת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כמו חלון ראווה – מה שמובטח נמצא בפנים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עורך/ת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מבטיחה הרבה אך הכתבה לא מקיימת זאת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כותרת מדויקת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מחליט/ה איך להציג את הסיפור וכותב/ת כותרת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כותרת פיתוי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אוסף/ת מידע וכותב/ת את הכתבה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לשון: שורשים, משקלים ומשפחות מילים – זיהוי 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השורש של המילה 'חקירה'?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ח-ק-ר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ק-ר-ה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ח-ק-ה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בטקסט על האינטרנט הסודי של היער מופיעה המילה 'מחקר'. מהו השורש 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ח-ק-ר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מ-ח-ק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ח-ק-ק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מהו השורש של המילה 'שורשים'?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ש-ר-ש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ש-ו-ר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ר-ש-ש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לשון: שורשים, משקלים ומשפחות מילים – בניית מילים במשקלים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'מחקר' בנויה מהשורש ח-ק-ר במשקל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המילה 'חקירה' בנויה מהשורש ח-ק-ר במשקל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לשון: שורשים, משקלים ומשפחות מילים – משפחות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חוקר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כ-ת-ר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מנגד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ש-ר-ש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שורשים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ח-ק-ר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כותרת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נ-ג-ד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לשון: שורשים, משקלים ומשפחות מילים – העמקה ביישום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עבודה עצמאית: מאגר ז׳ מתקדמים – הבנת הנקרא: עולם שלם בטיפת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חסר היה לחוקרים כדי לגלות את היצורים הזעירים שחיים סביבנו?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סקרנות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כלי - עין חזקה מעין האדם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זמן פנוי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ממה מורכב השם 'מיקרוסקופ'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משתי מילים יווניות: קטן ולהתבונן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משם הממציא ומקום ההמצאה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ממילה לטינית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ראה רוברט הוק כשהתבונן בפרוסת שעם דקה?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נוזל זורם בתוך חוטים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חללים קטנים מסודרים בשורות, כמו חדרים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אבק וחול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עבודה עצמאית: מאגר ז׳ מתקדמים – אוצר מילים ומבנה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'מיקרוסקופ' נוצרת משילוב של 'מיקרוס' (קטן) ו-__________ (להתבונן)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הוק כינה את החללים שראה בשעם בשם לטיני שפירושו __________, ומכאן נגזרה המילה לתא בגוף החי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עבודה עצמאית: מאגר ז׳ מתקדמים – התאמה וסדר 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מיקרוסקופ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מדען אנגלי שפרסם ספר ציורים מהמיקרוסקופ ב-1665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כלי פשוט שהכירו בני האדם לפני המיקרוסקופ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זכוכית מגדלת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המילה שנגזרה משם 'החדרונים' שראה הוק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רוברט הוק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מכשיר המגדיל עצמים קטנים מאוד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שאלות סגורות מכל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הטקסט על פטריות היער, ממה בנויה הרשת שמתחת לאדמה?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מחוטים דקיקים של פטריות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משורשי עצים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מאבנים ומינרלים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החליט אליעזר בן־יהודה על הבית שלו?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שידברו בו רק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שידברו בו רק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שלא ידברו בו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רואים חוקרי השפה בשימוש הנרחב בסלנג?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איום על השפה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סימן לחיוניות של שפה חיה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טעות שיש לתקן מיד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להבחין בטקסט בין עובדה לבין השערה או 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לזהות שורש ולמצוא לו עוד מילים מאותה משפחה?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מסע הקריאה: טקסטים, הבנת הנקרא ולשון במסלולים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